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2: Coming to Canada - Immigration Over Time</w:t>
      </w:r>
    </w:p>
    <w:p>
      <w:pPr>
        <w:spacing w:after="200"/>
        <w:jc w:val="center"/>
      </w:pPr>
      <w:r>
        <w:rPr>
          <w:b w:val="0"/>
          <w:i/>
          <w:sz w:val="20"/>
        </w:rPr>
        <w:t>Grade 5/6 Social Studies  -  People on the Move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Put these three events in order (earliest to latest).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Name one push factor and one pull factor for immigration to Canada.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How did immigration to Canada change over time? Write one sentence.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explain push and pull factors.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